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INTENÇÃO</w:t>
      </w:r>
    </w:p>
    <w:p>
      <w:pPr>
        <w:spacing w:after="200"/>
        <w:jc w:val="left"/>
      </w:pPr>
      <w:r>
        <w:t>À Comissão Organizadora da</w:t>
        <w:br/>
      </w:r>
      <w:r>
        <w:rPr>
          <w:b/>
        </w:rPr>
        <w:t>Escola de Verão em Química Medicinal – Professor Eliezer J. Barreiro</w:t>
      </w:r>
    </w:p>
    <w:p>
      <w:pPr>
        <w:spacing w:after="160"/>
      </w:pPr>
      <w:r>
        <w:t>Prezados(as) membros da Comissão Organizadora,</w:t>
      </w:r>
    </w:p>
    <w:p>
      <w:pPr>
        <w:spacing w:after="120"/>
        <w:ind w:firstLine="562"/>
        <w:jc w:val="both"/>
      </w:pPr>
      <w:r>
        <w:t>Meu nome é [nome completo], sou [estudante de graduação/pós-graduação] do curso de [nome do curso ou programa], vinculado(a) à [nome da instituição]. Por meio desta carta, manifesto meu interesse em participar da Escola de Verão em Química Medicinal – Professor Eliezer J. Barreiro.</w:t>
      </w:r>
    </w:p>
    <w:p>
      <w:pPr>
        <w:spacing w:after="120"/>
        <w:ind w:firstLine="562"/>
        <w:jc w:val="both"/>
      </w:pPr>
      <w:r>
        <w:t>Meu interesse pelo evento está relacionado à minha formação e atuação na área de [descrever brevemente a área de interesse ou pesquisa]. Atualmente, desenvolvo atividades relacionadas a [descrever resumidamente o projeto de pesquisa, estágio ou iniciação científica], sob a orientação do(a) Prof.(a) Dr.(a) [nome completo do(a) orientador(a)].</w:t>
      </w:r>
    </w:p>
    <w:p>
      <w:pPr>
        <w:spacing w:after="120"/>
        <w:ind w:firstLine="562"/>
        <w:jc w:val="both"/>
      </w:pPr>
      <w:r>
        <w:t>Acredito que a participação na Escola de Verão será uma importante oportunidade para aprofundar meus conhecimentos em Química Medicinal, especialmente nos temas relacionados ao planejamento, à síntese, à avaliação farmacológica e ao desenvolvimento de novas substâncias bioativas. Além disso, o contato com pesquisadores e estudantes de diferentes instituições poderá contribuir para minha formação científica, para a troca de experiências e para o estabelecimento de futuras colaborações.</w:t>
      </w:r>
    </w:p>
    <w:p>
      <w:pPr>
        <w:spacing w:after="120"/>
        <w:ind w:firstLine="562"/>
        <w:jc w:val="both"/>
      </w:pPr>
      <w:r>
        <w:t>Comprometo-me a participar de, no mínimo, 75% das atividades programadas. Caso ocorra algum imprevisto que impossibilite minha participação no evento, comprometo-me a comunicar a Comissão Organizadora com antecedência mínima de 72 horas, permitindo que a vaga seja disponibilizada a outro candidato.</w:t>
      </w:r>
    </w:p>
    <w:p>
      <w:pPr>
        <w:spacing w:after="120"/>
        <w:ind w:firstLine="562"/>
        <w:jc w:val="both"/>
      </w:pPr>
      <w:r>
        <w:t>Diante do exposto, espero ter a oportunidade de participar da Escola de Verão em Química Medicinal – Professor Eliezer J. Barreiro e de ampliar minha formação nessa área tão relevante para a descoberta e o desenvolvimento de novos fármacos.</w:t>
      </w:r>
    </w:p>
    <w:p>
      <w:pPr>
        <w:spacing w:before="100" w:after="280"/>
        <w:jc w:val="right"/>
      </w:pPr>
      <w:r>
        <w:t>[Cidade], [dia] de [mês] de [ano].</w:t>
      </w:r>
    </w:p>
    <w:p>
      <w:pPr>
        <w:spacing w:before="60" w:after="0"/>
        <w:jc w:val="center"/>
        <w:keepNext w:val="1"/>
      </w:pPr>
      <w:r>
        <w:t>________________________________________</w:t>
        <w:br/>
      </w:r>
      <w:r>
        <w:rPr>
          <w:b/>
        </w:rPr>
        <w:t>[nome completo do(a) candidato(a)]</w:t>
        <w:br/>
      </w:r>
      <w:r>
        <w:t>[Curso ou Programa de Pós-Graduação]</w:t>
        <w:br/>
      </w:r>
      <w:r>
        <w:t>[Instituição]</w:t>
        <w:br/>
      </w:r>
      <w:r>
        <w:t>E-mail: [endereço de e-mail]</w:t>
      </w:r>
    </w:p>
    <w:p>
      <w:pPr>
        <w:spacing w:before="160" w:after="0"/>
        <w:jc w:val="center"/>
        <w:keepNext w:val="0"/>
      </w:pPr>
      <w:r>
        <w:rPr>
          <w:b/>
        </w:rPr>
        <w:t>De acordo:</w:t>
        <w:br/>
      </w:r>
      <w:r>
        <w:br/>
      </w:r>
      <w:r>
        <w:t>________________________________________</w:t>
        <w:br/>
      </w:r>
      <w:r>
        <w:rPr>
          <w:b/>
        </w:rPr>
        <w:t>Prof.(a) Dr.(a) [nome completo do(a) orientador(a)]</w:t>
        <w:br/>
      </w:r>
      <w:r>
        <w:t>Orientador(a)</w:t>
        <w:br/>
      </w:r>
      <w:r>
        <w:t>Departamento/Programa: [nome]</w:t>
        <w:br/>
      </w:r>
      <w:r>
        <w:t>Instituição: [nome completo da instituição]</w:t>
      </w:r>
    </w:p>
    <w:sectPr w:rsidR="00FC693F" w:rsidRPr="0006063C" w:rsidSect="00034616">
      <w:pgSz w:w="12240" w:h="15840"/>
      <w:pgMar w:top="1181" w:right="1440" w:bottom="1181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8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F4E79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Intenção – Escola de Verão em Química Medicinal</dc:title>
  <dc:subject>Modelo editável de carta de intenção</dc:subject>
  <dc:creator>Comissão Organizadora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